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7597"/>
        <w:gridCol w:w="1757"/>
      </w:tblGrid>
      <w:tr>
        <w:trPr>
          <w:trHeight w:val="1219" w:hRule="exact"/>
        </w:trPr>
        <w:tc>
          <w:tcPr>
            <w:tcW w:type="dxa" w:w="175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10000" cy="4628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icke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4628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9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38"/>
              </w:rPr>
              <w:t xml:space="preserve">RIFA DE </w:t>
            </w:r>
            <w:r>
              <w:rPr>
                <w:rFonts w:ascii="Noto Sans" w:hAnsi="Noto Sans" w:eastAsia="Noto Sans" w:cs="Noto Sans"/>
                <w:b/>
                <w:i w:val="0"/>
                <w:color w:val="FF675C"/>
                <w:sz w:val="56"/>
              </w:rPr>
              <w:t>100 NÚMEROS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9E97"/>
                <w:sz w:val="21"/>
              </w:rPr>
              <w:t>★  ELIGE TU NÚMERO Y PARTICIPA  ★</w:t>
            </w:r>
          </w:p>
        </w:tc>
        <w:tc>
          <w:tcPr>
            <w:tcW w:type="dxa" w:w="175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17999" cy="37554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nfetti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999" cy="3755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01"/>
        <w:gridCol w:w="2801"/>
        <w:gridCol w:w="2801"/>
        <w:gridCol w:w="2801"/>
      </w:tblGrid>
      <w:tr>
        <w:trPr>
          <w:trHeight w:val="879" w:hRule="exact"/>
        </w:trPr>
        <w:tc>
          <w:tcPr>
            <w:tcW w:type="dxa" w:w="2636"/>
            <w:vAlign w:val="center"/>
            <w:shd w:fill="EAF8F6"/>
            <w:tcMar>
              <w:top w:w="90" w:type="dxa"/>
              <w:start w:w="95" w:type="dxa"/>
              <w:bottom w:w="75" w:type="dxa"/>
              <w:end w:w="95" w:type="dxa"/>
            </w:tcMar>
            <w:tcBorders>
              <w:top w:val="single" w:sz="10" w:color="159E97"/>
              <w:left w:val="single" w:sz="10" w:color="159E97"/>
              <w:bottom w:val="single" w:sz="10" w:color="159E97"/>
              <w:right w:val="single" w:sz="10" w:color="159E97"/>
            </w:tcBorders>
          </w:tcPr>
          <w:p>
            <w:pPr>
              <w:spacing w:before="0" w:after="20"/>
            </w:pPr>
            <w:r>
              <w:rPr>
                <w:rFonts w:ascii="Noto Sans" w:hAnsi="Noto Sans" w:eastAsia="Noto Sans" w:cs="Noto Sans"/>
                <w:b/>
                <w:i w:val="0"/>
                <w:color w:val="159E97"/>
                <w:sz w:val="14"/>
              </w:rPr>
              <w:t>PREMIO</w:t>
            </w:r>
          </w:p>
          <w:p>
            <w:pPr>
              <w:spacing w:before="0" w:after="0"/>
            </w:pP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6"/>
              </w:rPr>
              <w:t>__________________</w:t>
            </w:r>
          </w:p>
        </w:tc>
        <w:tc>
          <w:tcPr>
            <w:tcW w:type="dxa" w:w="2636"/>
            <w:vAlign w:val="center"/>
            <w:shd w:fill="FFF4CF"/>
            <w:tcMar>
              <w:top w:w="90" w:type="dxa"/>
              <w:start w:w="95" w:type="dxa"/>
              <w:bottom w:w="75" w:type="dxa"/>
              <w:end w:w="95" w:type="dxa"/>
            </w:tcMar>
            <w:tcBorders>
              <w:top w:val="single" w:sz="10" w:color="F6B51D"/>
              <w:left w:val="single" w:sz="10" w:color="F6B51D"/>
              <w:bottom w:val="single" w:sz="10" w:color="F6B51D"/>
              <w:right w:val="single" w:sz="10" w:color="F6B51D"/>
            </w:tcBorders>
          </w:tcPr>
          <w:p>
            <w:pPr>
              <w:spacing w:before="0" w:after="20"/>
            </w:pPr>
            <w:r>
              <w:rPr>
                <w:rFonts w:ascii="Noto Sans" w:hAnsi="Noto Sans" w:eastAsia="Noto Sans" w:cs="Noto Sans"/>
                <w:b/>
                <w:i w:val="0"/>
                <w:color w:val="F6B51D"/>
                <w:sz w:val="14"/>
              </w:rPr>
              <w:t>VALOR DEL NÚMERO</w:t>
            </w:r>
          </w:p>
          <w:p>
            <w:pPr>
              <w:spacing w:before="0" w:after="0"/>
            </w:pP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6"/>
              </w:rPr>
              <w:t>__________________</w:t>
            </w:r>
          </w:p>
        </w:tc>
        <w:tc>
          <w:tcPr>
            <w:tcW w:type="dxa" w:w="2636"/>
            <w:vAlign w:val="center"/>
            <w:shd w:fill="EEF4FF"/>
            <w:tcMar>
              <w:top w:w="90" w:type="dxa"/>
              <w:start w:w="95" w:type="dxa"/>
              <w:bottom w:w="75" w:type="dxa"/>
              <w:end w:w="95" w:type="dxa"/>
            </w:tcMar>
            <w:tcBorders>
              <w:top w:val="single" w:sz="10" w:color="356EBE"/>
              <w:left w:val="single" w:sz="10" w:color="356EBE"/>
              <w:bottom w:val="single" w:sz="10" w:color="356EBE"/>
              <w:right w:val="single" w:sz="10" w:color="356EBE"/>
            </w:tcBorders>
          </w:tcPr>
          <w:p>
            <w:pPr>
              <w:spacing w:before="0" w:after="20"/>
            </w:pPr>
            <w:r>
              <w:rPr>
                <w:rFonts w:ascii="Noto Sans" w:hAnsi="Noto Sans" w:eastAsia="Noto Sans" w:cs="Noto Sans"/>
                <w:b/>
                <w:i w:val="0"/>
                <w:color w:val="356EBE"/>
                <w:sz w:val="14"/>
              </w:rPr>
              <w:t>FECHA DEL SORTEO</w:t>
            </w:r>
          </w:p>
          <w:p>
            <w:pPr>
              <w:spacing w:before="0" w:after="0"/>
            </w:pP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6"/>
              </w:rPr>
              <w:t>__________________</w:t>
            </w:r>
          </w:p>
        </w:tc>
        <w:tc>
          <w:tcPr>
            <w:tcW w:type="dxa" w:w="2636"/>
            <w:vAlign w:val="center"/>
            <w:shd w:fill="FFF0EE"/>
            <w:tcMar>
              <w:top w:w="90" w:type="dxa"/>
              <w:start w:w="95" w:type="dxa"/>
              <w:bottom w:w="75" w:type="dxa"/>
              <w:end w:w="95" w:type="dxa"/>
            </w:tcMar>
            <w:tcBorders>
              <w:top w:val="single" w:sz="10" w:color="FF675C"/>
              <w:left w:val="single" w:sz="10" w:color="FF675C"/>
              <w:bottom w:val="single" w:sz="10" w:color="FF675C"/>
              <w:right w:val="single" w:sz="10" w:color="FF675C"/>
            </w:tcBorders>
          </w:tcPr>
          <w:p>
            <w:pPr>
              <w:spacing w:before="0" w:after="20"/>
            </w:pPr>
            <w:r>
              <w:rPr>
                <w:rFonts w:ascii="Noto Sans" w:hAnsi="Noto Sans" w:eastAsia="Noto Sans" w:cs="Noto Sans"/>
                <w:b/>
                <w:i w:val="0"/>
                <w:color w:val="FF675C"/>
                <w:sz w:val="14"/>
              </w:rPr>
              <w:t>ORGANIZA</w:t>
            </w:r>
          </w:p>
          <w:p>
            <w:pPr>
              <w:spacing w:before="0" w:after="0"/>
            </w:pP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6"/>
              </w:rPr>
              <w:t>__________________</w:t>
            </w:r>
          </w:p>
        </w:tc>
      </w:tr>
    </w:tbl>
    <w:p>
      <w:pPr>
        <w:spacing w:before="20" w:after="20"/>
        <w:jc w:val="center"/>
      </w:pPr>
      <w:r>
        <w:rPr>
          <w:rFonts w:ascii="Noto Sans" w:hAnsi="Noto Sans" w:eastAsia="Noto Sans" w:cs="Noto Sans"/>
          <w:b w:val="0"/>
          <w:i/>
          <w:color w:val="7B8894"/>
          <w:sz w:val="14"/>
        </w:rPr>
        <w:t>Escribe un nombre o unas iniciales debajo de cada número.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16" w:color="159E97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16" w:color="159E97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16" w:color="159E97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29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39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49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4C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59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AF8F6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69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EEF4FF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79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16" w:color="159E97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0EE"/>
            <w:tcBorders>
              <w:top w:val="single" w:sz="7" w:color="DCCB9B"/>
              <w:left w:val="single" w:sz="7" w:color="DCCB9B"/>
              <w:bottom w:val="single" w:sz="7" w:color="DCCB9B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89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7" w:color="DCCB9B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  <w:tr>
        <w:trPr>
          <w:trHeight w:val="1066" w:hRule="exact"/>
        </w:trPr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16" w:color="159E97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91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92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93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94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95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96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97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98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9EA"/>
            <w:tcBorders>
              <w:top w:val="single" w:sz="7" w:color="DCCB9B"/>
              <w:left w:val="single" w:sz="7" w:color="DCCB9B"/>
              <w:bottom w:val="single" w:sz="16" w:color="159E97"/>
              <w:right w:val="single" w:sz="7" w:color="DCCB9B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99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  <w:tc>
          <w:tcPr>
            <w:tcW w:type="dxa" w:w="1054"/>
            <w:vAlign w:val="center"/>
            <w:tcMar>
              <w:top w:w="30" w:type="dxa"/>
              <w:start w:w="15" w:type="dxa"/>
              <w:bottom w:w="20" w:type="dxa"/>
              <w:end w:w="15" w:type="dxa"/>
            </w:tcMar>
            <w:shd w:fill="FFFDF8"/>
            <w:tcBorders>
              <w:top w:val="single" w:sz="7" w:color="DCCB9B"/>
              <w:left w:val="single" w:sz="7" w:color="DCCB9B"/>
              <w:bottom w:val="single" w:sz="16" w:color="159E97"/>
              <w:right w:val="single" w:sz="16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324A"/>
                <w:sz w:val="28"/>
              </w:rPr>
              <w:t>100</w:t>
            </w:r>
          </w:p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 w:val="0"/>
                <w:i w:val="0"/>
                <w:color w:val="B6ADA2"/>
                <w:sz w:val="11"/>
              </w:rPr>
              <w:t>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35"/>
        <w:gridCol w:w="3735"/>
        <w:gridCol w:w="3735"/>
      </w:tblGrid>
      <w:tr>
        <w:trPr>
          <w:trHeight w:val="510" w:hRule="exact"/>
        </w:trPr>
        <w:tc>
          <w:tcPr>
            <w:tcW w:type="dxa" w:w="3515"/>
            <w:tcMar>
              <w:top w:w="50" w:type="dxa"/>
              <w:start w:w="70" w:type="dxa"/>
              <w:bottom w:w="40" w:type="dxa"/>
              <w:end w:w="70" w:type="dxa"/>
            </w:tcMar>
            <w:shd w:fill="EAF8F6"/>
            <w:vAlign w:val="center"/>
            <w:tcBorders>
              <w:top w:val="single" w:sz="8" w:color="159E97"/>
              <w:left w:val="single" w:sz="8" w:color="159E97"/>
              <w:bottom w:val="single" w:sz="8" w:color="159E97"/>
              <w:right w:val="single" w:sz="8" w:color="159E97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159E97"/>
                <w:sz w:val="14"/>
              </w:rPr>
              <w:t xml:space="preserve">VENDIDOS  </w:t>
            </w:r>
            <w:r>
              <w:rPr>
                <w:rFonts w:ascii="Noto Sans" w:hAnsi="Noto Sans" w:eastAsia="Noto Sans" w:cs="Noto Sans"/>
                <w:b/>
                <w:i w:val="0"/>
                <w:color w:val="15324A"/>
                <w:sz w:val="16"/>
              </w:rPr>
              <w:t>____ / 100</w:t>
            </w:r>
          </w:p>
        </w:tc>
        <w:tc>
          <w:tcPr>
            <w:tcW w:type="dxa" w:w="3515"/>
            <w:tcMar>
              <w:top w:w="50" w:type="dxa"/>
              <w:start w:w="70" w:type="dxa"/>
              <w:bottom w:w="40" w:type="dxa"/>
              <w:end w:w="70" w:type="dxa"/>
            </w:tcMar>
            <w:shd w:fill="FFF4CF"/>
            <w:vAlign w:val="center"/>
            <w:tcBorders>
              <w:top w:val="single" w:sz="8" w:color="F6B51D"/>
              <w:left w:val="single" w:sz="8" w:color="F6B51D"/>
              <w:bottom w:val="single" w:sz="8" w:color="F6B51D"/>
              <w:right w:val="single" w:sz="8" w:color="F6B51D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F6B51D"/>
                <w:sz w:val="14"/>
              </w:rPr>
              <w:t xml:space="preserve">RECAUDADO  </w:t>
            </w:r>
            <w:r>
              <w:rPr>
                <w:rFonts w:ascii="Noto Sans" w:hAnsi="Noto Sans" w:eastAsia="Noto Sans" w:cs="Noto Sans"/>
                <w:b/>
                <w:i w:val="0"/>
                <w:color w:val="15324A"/>
                <w:sz w:val="16"/>
              </w:rPr>
              <w:t>________ €</w:t>
            </w:r>
          </w:p>
        </w:tc>
        <w:tc>
          <w:tcPr>
            <w:tcW w:type="dxa" w:w="3515"/>
            <w:tcMar>
              <w:top w:w="50" w:type="dxa"/>
              <w:start w:w="70" w:type="dxa"/>
              <w:bottom w:w="40" w:type="dxa"/>
              <w:end w:w="70" w:type="dxa"/>
            </w:tcMar>
            <w:shd w:fill="FFF0EE"/>
            <w:vAlign w:val="center"/>
            <w:tcBorders>
              <w:top w:val="single" w:sz="8" w:color="FF675C"/>
              <w:left w:val="single" w:sz="8" w:color="FF675C"/>
              <w:bottom w:val="single" w:sz="8" w:color="FF675C"/>
              <w:right w:val="single" w:sz="8" w:color="FF675C"/>
            </w:tcBorders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FF675C"/>
                <w:sz w:val="14"/>
              </w:rPr>
              <w:t xml:space="preserve">NÚMERO GANADOR  </w:t>
            </w:r>
            <w:r>
              <w:rPr>
                <w:rFonts w:ascii="Noto Sans" w:hAnsi="Noto Sans" w:eastAsia="Noto Sans" w:cs="Noto Sans"/>
                <w:b/>
                <w:i w:val="0"/>
                <w:color w:val="15324A"/>
                <w:sz w:val="16"/>
              </w:rPr>
              <w:t>Nº 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35"/>
        <w:gridCol w:w="3735"/>
        <w:gridCol w:w="3735"/>
      </w:tblGrid>
      <w:tr>
        <w:trPr>
          <w:trHeight w:val="652" w:hRule="exact"/>
        </w:trPr>
        <w:tc>
          <w:tcPr>
            <w:tcW w:type="dxa" w:w="3515"/>
            <w:vAlign w:val="center"/>
            <w:shd w:fill="EAF8F6"/>
            <w:tcMar>
              <w:top w:w="55" w:type="dxa"/>
              <w:start w:w="90" w:type="dxa"/>
              <w:bottom w:w="45" w:type="dxa"/>
              <w:end w:w="90" w:type="dxa"/>
            </w:tcMar>
            <w:tcBorders>
              <w:top w:val="single" w:sz="8" w:color="159E97"/>
              <w:left w:val="single" w:sz="8" w:color="159E97"/>
              <w:bottom w:val="single" w:sz="8" w:color="159E97"/>
              <w:right w:val="single" w:sz="8" w:color="159E97"/>
            </w:tcBorders>
          </w:tcPr>
          <w:p>
            <w:pPr>
              <w:spacing w:before="0" w:after="0"/>
            </w:pPr>
            <w:r>
              <w:rPr>
                <w:rFonts w:ascii="Noto Sans" w:hAnsi="Noto Sans" w:eastAsia="Noto Sans" w:cs="Noto Sans"/>
                <w:b/>
                <w:i w:val="0"/>
                <w:color w:val="159E97"/>
                <w:sz w:val="13"/>
              </w:rPr>
              <w:t xml:space="preserve">CONTACTO  </w:t>
            </w: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4"/>
              </w:rPr>
              <w:t>________________</w:t>
            </w:r>
          </w:p>
        </w:tc>
        <w:tc>
          <w:tcPr>
            <w:tcW w:type="dxa" w:w="3515"/>
            <w:vAlign w:val="center"/>
            <w:shd w:fill="EEF4FF"/>
            <w:tcMar>
              <w:top w:w="55" w:type="dxa"/>
              <w:start w:w="90" w:type="dxa"/>
              <w:bottom w:w="45" w:type="dxa"/>
              <w:end w:w="90" w:type="dxa"/>
            </w:tcMar>
            <w:tcBorders>
              <w:top w:val="single" w:sz="8" w:color="356EBE"/>
              <w:left w:val="single" w:sz="8" w:color="356EBE"/>
              <w:bottom w:val="single" w:sz="8" w:color="356EBE"/>
              <w:right w:val="single" w:sz="8" w:color="356EBE"/>
            </w:tcBorders>
          </w:tcPr>
          <w:p>
            <w:pPr>
              <w:spacing w:before="0" w:after="0"/>
            </w:pPr>
            <w:r>
              <w:rPr>
                <w:rFonts w:ascii="Noto Sans" w:hAnsi="Noto Sans" w:eastAsia="Noto Sans" w:cs="Noto Sans"/>
                <w:b/>
                <w:i w:val="0"/>
                <w:color w:val="356EBE"/>
                <w:sz w:val="13"/>
              </w:rPr>
              <w:t xml:space="preserve">LUGAR DEL SORTEO  </w:t>
            </w: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4"/>
              </w:rPr>
              <w:t>________________</w:t>
            </w:r>
          </w:p>
        </w:tc>
        <w:tc>
          <w:tcPr>
            <w:tcW w:type="dxa" w:w="3515"/>
            <w:vAlign w:val="center"/>
            <w:shd w:fill="FFF4CF"/>
            <w:tcMar>
              <w:top w:w="55" w:type="dxa"/>
              <w:start w:w="90" w:type="dxa"/>
              <w:bottom w:w="45" w:type="dxa"/>
              <w:end w:w="90" w:type="dxa"/>
            </w:tcMar>
            <w:tcBorders>
              <w:top w:val="single" w:sz="8" w:color="F6B51D"/>
              <w:left w:val="single" w:sz="8" w:color="F6B51D"/>
              <w:bottom w:val="single" w:sz="8" w:color="F6B51D"/>
              <w:right w:val="single" w:sz="8" w:color="F6B51D"/>
            </w:tcBorders>
          </w:tcPr>
          <w:p>
            <w:pPr>
              <w:spacing w:before="0" w:after="0"/>
            </w:pPr>
            <w:r>
              <w:rPr>
                <w:rFonts w:ascii="Noto Sans" w:hAnsi="Noto Sans" w:eastAsia="Noto Sans" w:cs="Noto Sans"/>
                <w:b/>
                <w:i w:val="0"/>
                <w:color w:val="F6B51D"/>
                <w:sz w:val="13"/>
              </w:rPr>
              <w:t xml:space="preserve">OBSERVACIONES  </w:t>
            </w: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4"/>
              </w:rPr>
              <w:t>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35"/>
        <w:gridCol w:w="3735"/>
        <w:gridCol w:w="3735"/>
      </w:tblGrid>
      <w:tr>
        <w:trPr>
          <w:trHeight w:val="1106" w:hRule="exact"/>
        </w:trPr>
        <w:tc>
          <w:tcPr>
            <w:tcW w:type="dxa" w:w="158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10000" cy="720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if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370"/>
            <w:tcBorders>
              <w:top w:val="single" w:sz="10" w:color="B8DDDA"/>
              <w:left w:val="single" w:sz="10" w:color="B8DDDA"/>
              <w:bottom w:val="single" w:sz="10" w:color="B8DDDA"/>
              <w:right w:val="single" w:sz="10" w:color="B8DDDA"/>
            </w:tcBorders>
            <w:tcMar>
              <w:top w:w="60" w:type="dxa"/>
              <w:start w:w="110" w:type="dxa"/>
              <w:bottom w:w="55" w:type="dxa"/>
              <w:end w:w="110" w:type="dxa"/>
            </w:tcMar>
            <w:shd w:fill="F9FCFC"/>
          </w:tcPr>
          <w:p>
            <w:pPr>
              <w:spacing w:before="0" w:after="0"/>
            </w:pPr>
            <w:r>
              <w:rPr>
                <w:rFonts w:ascii="Noto Sans" w:hAnsi="Noto Sans" w:eastAsia="Noto Sans" w:cs="Noto Sans"/>
                <w:b/>
                <w:i w:val="0"/>
                <w:color w:val="159E97"/>
                <w:sz w:val="15"/>
              </w:rPr>
              <w:t xml:space="preserve">NOTAS:  </w:t>
            </w:r>
            <w:r>
              <w:rPr>
                <w:rFonts w:ascii="Noto Sans" w:hAnsi="Noto Sans" w:eastAsia="Noto Sans" w:cs="Noto Sans"/>
                <w:b w:val="0"/>
                <w:i w:val="0"/>
                <w:color w:val="15324A"/>
                <w:sz w:val="14"/>
              </w:rPr>
              <w:t>____________________________________________________________</w:t>
            </w:r>
          </w:p>
          <w:p>
            <w:pPr>
              <w:spacing w:before="0" w:after="0"/>
            </w:pPr>
            <w:r>
              <w:rPr>
                <w:rFonts w:ascii="Noto Sans" w:hAnsi="Noto Sans" w:eastAsia="Noto Sans" w:cs="Noto Sans"/>
                <w:b w:val="0"/>
                <w:i/>
                <w:color w:val="7B8894"/>
                <w:sz w:val="12"/>
              </w:rPr>
              <w:t>Marca o sustituye la línea de cada casilla al asignar el número.</w:t>
            </w:r>
          </w:p>
        </w:tc>
        <w:tc>
          <w:tcPr>
            <w:tcW w:type="dxa" w:w="158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92000" cy="68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alls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68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35"/>
        <w:gridCol w:w="3735"/>
        <w:gridCol w:w="3735"/>
      </w:tblGrid>
      <w:tr>
        <w:trPr>
          <w:trHeight w:val="539" w:hRule="exact"/>
        </w:trPr>
        <w:tc>
          <w:tcPr>
            <w:tcW w:type="dxa" w:w="19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72000" cy="39763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nfetti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3976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  <w:tcBorders>
              <w:top w:val="single" w:sz="12" w:color="FF675C"/>
              <w:left w:val="single" w:sz="12" w:color="FF675C"/>
              <w:bottom w:val="single" w:sz="12" w:color="FF675C"/>
              <w:right w:val="single" w:sz="12" w:color="FF675C"/>
            </w:tcBorders>
            <w:tcMar>
              <w:top w:w="0" w:type="dxa"/>
              <w:start w:w="0" w:type="dxa"/>
              <w:bottom w:w="0" w:type="dxa"/>
              <w:end w:w="0" w:type="dxa"/>
            </w:tcMar>
            <w:shd w:fill="FF675C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Noto Sans" w:hAnsi="Noto Sans" w:eastAsia="Noto Sans" w:cs="Noto Sans"/>
                <w:b/>
                <w:i w:val="0"/>
                <w:color w:val="FFFFFF"/>
                <w:sz w:val="18"/>
              </w:rPr>
              <w:t>★  ¡GRACIAS POR PARTICIPAR!  ★</w:t>
            </w:r>
          </w:p>
        </w:tc>
        <w:tc>
          <w:tcPr>
            <w:tcW w:type="dxa" w:w="19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72000" cy="397636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nfetti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3976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1906" w:h="16838"/>
      <w:pgMar w:top="312" w:right="351" w:bottom="312" w:left="351" w:header="113" w:footer="113" w:gutter="0"/>
      <w:cols w:space="720"/>
      <w:docGrid w:linePitch="360"/>
      <w:pgBorders w:offsetFrom="page">
        <w:top w:val="single" w:sz="14" w:space="14" w:color="159E97"/>
        <w:left w:val="single" w:sz="14" w:space="14" w:color="159E97"/>
        <w:bottom w:val="single" w:sz="14" w:space="14" w:color="159E97"/>
        <w:right w:val="single" w:sz="14" w:space="14" w:color="159E97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rifa de 100 números</dc:title>
  <dc:subject>Plantilla editable A4 vertical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