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732000" cy="39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ifa_top_confett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2000" cy="39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rPr>
          <w:rFonts w:ascii="Arial" w:hAnsi="Arial"/>
          <w:b/>
          <w:color w:val="EF3664"/>
          <w:sz w:val="52"/>
        </w:rPr>
        <w:t xml:space="preserve">RIFA DE </w:t>
      </w:r>
      <w:r>
        <w:rPr>
          <w:rFonts w:ascii="Arial" w:hAnsi="Arial"/>
          <w:b/>
          <w:color w:val="4F3B8E"/>
          <w:sz w:val="76"/>
        </w:rPr>
        <w:t>100</w:t>
      </w:r>
      <w:r>
        <w:rPr>
          <w:rFonts w:ascii="Arial" w:hAnsi="Arial"/>
          <w:b/>
          <w:color w:val="0A9199"/>
          <w:sz w:val="52"/>
        </w:rPr>
        <w:t xml:space="preserve"> NÚMEROS</w:t>
      </w:r>
    </w:p>
    <w:p>
      <w:pPr>
        <w:spacing w:before="0" w:after="100"/>
        <w:jc w:val="center"/>
      </w:pPr>
      <w:r>
        <w:rPr>
          <w:rFonts w:ascii="Arial" w:hAnsi="Arial"/>
          <w:i/>
          <w:color w:val="573E96"/>
          <w:sz w:val="21"/>
        </w:rPr>
        <w:t>Elige tu número y participa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ellSpacing w:w="0" w:type="dxa"/>
      </w:tblPr>
      <w:tblGrid>
        <w:gridCol w:w="2721"/>
        <w:gridCol w:w="2721"/>
        <w:gridCol w:w="2721"/>
        <w:gridCol w:w="2721"/>
      </w:tblGrid>
      <w:tr>
        <w:trPr>
          <w:cantSplit/>
        </w:trPr>
        <w:tc>
          <w:tcPr>
            <w:tcW w:type="dxa" w:w="2700"/>
            <w:vAlign w:val="center"/>
            <w:shd w:fill="EAF7E6" w:val="clear"/>
            <w:tcMar>
              <w:top w:w="70" w:type="dxa"/>
              <w:start w:w="85" w:type="dxa"/>
              <w:bottom w:w="75" w:type="dxa"/>
              <w:end w:w="85" w:type="dxa"/>
            </w:tcMar>
            <w:tcBorders>
              <w:top w:val="single" w:sz="10" w:space="0" w:color="4E8F2D"/>
              <w:left w:val="single" w:sz="10" w:space="0" w:color="4E8F2D"/>
              <w:bottom w:val="single" w:sz="10" w:space="0" w:color="4E8F2D"/>
              <w:right w:val="single" w:sz="10" w:space="0" w:color="4E8F2D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4E8F2D"/>
                <w:sz w:val="14"/>
              </w:rPr>
              <w:t>PREMIO</w:t>
            </w:r>
          </w:p>
          <w:p>
            <w:pPr>
              <w:jc w:val="center"/>
            </w:pPr>
            <w:r>
              <w:rPr>
                <w:rFonts w:ascii="Arial" w:hAnsi="Arial"/>
                <w:color w:val="464E54"/>
                <w:sz w:val="17"/>
              </w:rPr>
              <w:t>Escribe el premio</w:t>
            </w:r>
          </w:p>
        </w:tc>
        <w:tc>
          <w:tcPr>
            <w:tcW w:type="dxa" w:w="2700"/>
            <w:vAlign w:val="center"/>
            <w:shd w:fill="FFF0F4" w:val="clear"/>
            <w:tcMar>
              <w:top w:w="70" w:type="dxa"/>
              <w:start w:w="85" w:type="dxa"/>
              <w:bottom w:w="75" w:type="dxa"/>
              <w:end w:w="85" w:type="dxa"/>
            </w:tcMar>
            <w:tcBorders>
              <w:top w:val="single" w:sz="10" w:space="0" w:color="E83F72"/>
              <w:left w:val="single" w:sz="10" w:space="0" w:color="E83F72"/>
              <w:bottom w:val="single" w:sz="10" w:space="0" w:color="E83F72"/>
              <w:right w:val="single" w:sz="10" w:space="0" w:color="E83F72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E83F72"/>
                <w:sz w:val="14"/>
              </w:rPr>
              <w:t>VALOR</w:t>
            </w:r>
          </w:p>
          <w:p>
            <w:pPr>
              <w:jc w:val="center"/>
            </w:pPr>
            <w:r>
              <w:rPr>
                <w:rFonts w:ascii="Arial" w:hAnsi="Arial"/>
                <w:color w:val="464E54"/>
                <w:sz w:val="17"/>
              </w:rPr>
              <w:t>0,00 €</w:t>
            </w:r>
          </w:p>
        </w:tc>
        <w:tc>
          <w:tcPr>
            <w:tcW w:type="dxa" w:w="2700"/>
            <w:vAlign w:val="center"/>
            <w:shd w:fill="EDF5FF" w:val="clear"/>
            <w:tcMar>
              <w:top w:w="70" w:type="dxa"/>
              <w:start w:w="85" w:type="dxa"/>
              <w:bottom w:w="75" w:type="dxa"/>
              <w:end w:w="85" w:type="dxa"/>
            </w:tcMar>
            <w:tcBorders>
              <w:top w:val="single" w:sz="10" w:space="0" w:color="2A68B7"/>
              <w:left w:val="single" w:sz="10" w:space="0" w:color="2A68B7"/>
              <w:bottom w:val="single" w:sz="10" w:space="0" w:color="2A68B7"/>
              <w:right w:val="single" w:sz="10" w:space="0" w:color="2A68B7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2A68B7"/>
                <w:sz w:val="14"/>
              </w:rPr>
              <w:t>FECHA DEL SORTEO</w:t>
            </w:r>
          </w:p>
          <w:p>
            <w:pPr>
              <w:jc w:val="center"/>
            </w:pPr>
            <w:r>
              <w:rPr>
                <w:rFonts w:ascii="Arial" w:hAnsi="Arial"/>
                <w:color w:val="464E54"/>
                <w:sz w:val="17"/>
              </w:rPr>
              <w:t>dd / mm / aaaa</w:t>
            </w:r>
          </w:p>
        </w:tc>
        <w:tc>
          <w:tcPr>
            <w:tcW w:type="dxa" w:w="2700"/>
            <w:vAlign w:val="center"/>
            <w:shd w:fill="F5F0FF" w:val="clear"/>
            <w:tcMar>
              <w:top w:w="70" w:type="dxa"/>
              <w:start w:w="85" w:type="dxa"/>
              <w:bottom w:w="75" w:type="dxa"/>
              <w:end w:w="85" w:type="dxa"/>
            </w:tcMar>
            <w:tcBorders>
              <w:top w:val="single" w:sz="10" w:space="0" w:color="7351AA"/>
              <w:left w:val="single" w:sz="10" w:space="0" w:color="7351AA"/>
              <w:bottom w:val="single" w:sz="10" w:space="0" w:color="7351AA"/>
              <w:right w:val="single" w:sz="10" w:space="0" w:color="7351AA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7351AA"/>
                <w:sz w:val="14"/>
              </w:rPr>
              <w:t>ORGANIZA</w:t>
            </w:r>
          </w:p>
          <w:p>
            <w:pPr>
              <w:jc w:val="center"/>
            </w:pPr>
            <w:r>
              <w:rPr>
                <w:rFonts w:ascii="Arial" w:hAnsi="Arial"/>
                <w:color w:val="464E54"/>
                <w:sz w:val="17"/>
              </w:rPr>
              <w:t>Nombre o entidad</w:t>
            </w:r>
          </w:p>
        </w:tc>
      </w:tr>
    </w:tbl>
    <w:p>
      <w:pPr>
        <w:spacing w:after="40" w:line="168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ellSpacing w:w="0" w:type="dxa"/>
      </w:tblPr>
      <w:tblGrid>
        <w:gridCol w:w="1089"/>
        <w:gridCol w:w="1089"/>
        <w:gridCol w:w="1089"/>
        <w:gridCol w:w="1089"/>
        <w:gridCol w:w="1089"/>
        <w:gridCol w:w="1089"/>
        <w:gridCol w:w="1089"/>
        <w:gridCol w:w="1089"/>
        <w:gridCol w:w="1089"/>
        <w:gridCol w:w="1089"/>
      </w:tblGrid>
      <w:tr>
        <w:trPr>
          <w:trHeight w:val="896" w:hRule="exact"/>
          <w:cantSplit/>
        </w:trPr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1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2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3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4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5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6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7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8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9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10</w:t>
            </w:r>
          </w:p>
        </w:tc>
      </w:tr>
      <w:tr>
        <w:trPr>
          <w:trHeight w:val="896" w:hRule="exact"/>
          <w:cantSplit/>
        </w:trPr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11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12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13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14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15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16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17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18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19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20</w:t>
            </w:r>
          </w:p>
        </w:tc>
      </w:tr>
      <w:tr>
        <w:trPr>
          <w:trHeight w:val="896" w:hRule="exact"/>
          <w:cantSplit/>
        </w:trPr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21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22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23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24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25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26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27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28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29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30</w:t>
            </w:r>
          </w:p>
        </w:tc>
      </w:tr>
      <w:tr>
        <w:trPr>
          <w:trHeight w:val="896" w:hRule="exact"/>
          <w:cantSplit/>
        </w:trPr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31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32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33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34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35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36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37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38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39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40</w:t>
            </w:r>
          </w:p>
        </w:tc>
      </w:tr>
      <w:tr>
        <w:trPr>
          <w:trHeight w:val="896" w:hRule="exact"/>
          <w:cantSplit/>
        </w:trPr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41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42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43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44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45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46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47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48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49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50</w:t>
            </w:r>
          </w:p>
        </w:tc>
      </w:tr>
      <w:tr>
        <w:trPr>
          <w:trHeight w:val="896" w:hRule="exact"/>
          <w:cantSplit/>
        </w:trPr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51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52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53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54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55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56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57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58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59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2FBFD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60</w:t>
            </w:r>
          </w:p>
        </w:tc>
      </w:tr>
      <w:tr>
        <w:trPr>
          <w:trHeight w:val="896" w:hRule="exact"/>
          <w:cantSplit/>
        </w:trPr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61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62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63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64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65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66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67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68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69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8E8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70</w:t>
            </w:r>
          </w:p>
        </w:tc>
      </w:tr>
      <w:tr>
        <w:trPr>
          <w:trHeight w:val="896" w:hRule="exact"/>
          <w:cantSplit/>
        </w:trPr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71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72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73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74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75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76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77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78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79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FF0F4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80</w:t>
            </w:r>
          </w:p>
        </w:tc>
      </w:tr>
      <w:tr>
        <w:trPr>
          <w:trHeight w:val="896" w:hRule="exact"/>
          <w:cantSplit/>
        </w:trPr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81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82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83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84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85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86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87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88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89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F5F0FF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90</w:t>
            </w:r>
          </w:p>
        </w:tc>
      </w:tr>
      <w:tr>
        <w:trPr>
          <w:trHeight w:val="896" w:hRule="exact"/>
          <w:cantSplit/>
        </w:trPr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91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92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93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94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95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96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97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98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99</w:t>
            </w:r>
          </w:p>
        </w:tc>
        <w:tc>
          <w:tcPr>
            <w:tcW w:type="dxa" w:w="1080"/>
            <w:vAlign w:val="center"/>
            <w:tcMar>
              <w:top w:w="20" w:type="dxa"/>
              <w:start w:w="10" w:type="dxa"/>
              <w:bottom w:w="20" w:type="dxa"/>
              <w:end w:w="10" w:type="dxa"/>
            </w:tcMar>
            <w:shd w:fill="EEF9F2" w:val="clear"/>
            <w:tcBorders>
              <w:top w:val="single" w:sz="7" w:space="0" w:color="148C95"/>
              <w:left w:val="single" w:sz="7" w:space="0" w:color="148C95"/>
              <w:bottom w:val="single" w:sz="7" w:space="0" w:color="148C95"/>
              <w:right w:val="single" w:sz="7" w:space="0" w:color="148C95"/>
            </w:tcBorders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0F2530"/>
                <w:sz w:val="33"/>
              </w:rPr>
              <w:t>100</w:t>
            </w:r>
          </w:p>
        </w:tc>
      </w:tr>
    </w:tbl>
    <w:p>
      <w:pPr>
        <w:spacing w:after="2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ellSpacing w:w="0" w:type="dxa"/>
      </w:tblPr>
      <w:tblGrid>
        <w:gridCol w:w="2721"/>
        <w:gridCol w:w="2721"/>
        <w:gridCol w:w="2721"/>
        <w:gridCol w:w="2721"/>
      </w:tblGrid>
      <w:tr>
        <w:trPr>
          <w:cantSplit/>
        </w:trPr>
        <w:tc>
          <w:tcPr>
            <w:tcW w:type="dxa" w:w="2700"/>
            <w:tcMar>
              <w:top w:w="50" w:type="dxa"/>
              <w:start w:w="50" w:type="dxa"/>
              <w:bottom w:w="50" w:type="dxa"/>
              <w:end w:w="50" w:type="dxa"/>
            </w:tcMar>
            <w:shd w:fill="FFFFFF" w:val="clear"/>
            <w:tcBorders>
              <w:top w:val="single" w:sz="8" w:space="0" w:color="70828A"/>
              <w:left w:val="single" w:sz="8" w:space="0" w:color="70828A"/>
              <w:bottom w:val="single" w:sz="8" w:space="0" w:color="70828A"/>
              <w:right w:val="single" w:sz="8" w:space="0" w:color="70828A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70828A"/>
                <w:sz w:val="15"/>
              </w:rPr>
              <w:t>DISPONIBLE</w:t>
            </w:r>
          </w:p>
        </w:tc>
        <w:tc>
          <w:tcPr>
            <w:tcW w:type="dxa" w:w="2700"/>
            <w:tcMar>
              <w:top w:w="50" w:type="dxa"/>
              <w:start w:w="50" w:type="dxa"/>
              <w:bottom w:w="50" w:type="dxa"/>
              <w:end w:w="50" w:type="dxa"/>
            </w:tcMar>
            <w:shd w:fill="FFF2B8" w:val="clear"/>
            <w:tcBorders>
              <w:top w:val="single" w:sz="8" w:space="0" w:color="A57400"/>
              <w:left w:val="single" w:sz="8" w:space="0" w:color="A57400"/>
              <w:bottom w:val="single" w:sz="8" w:space="0" w:color="A57400"/>
              <w:right w:val="single" w:sz="8" w:space="0" w:color="A57400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A57400"/>
                <w:sz w:val="15"/>
              </w:rPr>
              <w:t>RESERVADO</w:t>
            </w:r>
          </w:p>
        </w:tc>
        <w:tc>
          <w:tcPr>
            <w:tcW w:type="dxa" w:w="2700"/>
            <w:tcMar>
              <w:top w:w="50" w:type="dxa"/>
              <w:start w:w="50" w:type="dxa"/>
              <w:bottom w:w="50" w:type="dxa"/>
              <w:end w:w="50" w:type="dxa"/>
            </w:tcMar>
            <w:shd w:fill="DDF6E6" w:val="clear"/>
            <w:tcBorders>
              <w:top w:val="single" w:sz="8" w:space="0" w:color="2B7A43"/>
              <w:left w:val="single" w:sz="8" w:space="0" w:color="2B7A43"/>
              <w:bottom w:val="single" w:sz="8" w:space="0" w:color="2B7A43"/>
              <w:right w:val="single" w:sz="8" w:space="0" w:color="2B7A43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2B7A43"/>
                <w:sz w:val="15"/>
              </w:rPr>
              <w:t>PAGADO</w:t>
            </w:r>
          </w:p>
        </w:tc>
        <w:tc>
          <w:tcPr>
            <w:tcW w:type="dxa" w:w="2700"/>
            <w:tcMar>
              <w:top w:w="50" w:type="dxa"/>
              <w:start w:w="50" w:type="dxa"/>
              <w:bottom w:w="50" w:type="dxa"/>
              <w:end w:w="50" w:type="dxa"/>
            </w:tcMar>
            <w:shd w:fill="F3EAFF" w:val="clear"/>
            <w:tcBorders>
              <w:top w:val="single" w:sz="8" w:space="0" w:color="6A48A1"/>
              <w:left w:val="single" w:sz="8" w:space="0" w:color="6A48A1"/>
              <w:bottom w:val="single" w:sz="8" w:space="0" w:color="6A48A1"/>
              <w:right w:val="single" w:sz="8" w:space="0" w:color="6A48A1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6A48A1"/>
                <w:sz w:val="15"/>
              </w:rPr>
              <w:t>GANADOR Nº  ______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/>
          <w:color w:val="484C52"/>
          <w:sz w:val="16"/>
        </w:rPr>
        <w:t>Marca o colorea las casillas a medida que vendas los números.</w:t>
      </w:r>
    </w:p>
    <w:p>
      <w:pPr>
        <w:spacing w:before="20" w:after="0"/>
        <w:jc w:val="center"/>
      </w:pPr>
      <w:r>
        <w:rPr>
          <w:rFonts w:ascii="Arial" w:hAnsi="Arial"/>
          <w:b/>
          <w:i/>
          <w:color w:val="543796"/>
          <w:sz w:val="20"/>
        </w:rPr>
        <w:t>¡Gracias por participar y mucha suerte!</w:t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732000" cy="396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ifa_bottom_confetti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2000" cy="396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425" w:right="510" w:bottom="425" w:left="510" w:header="0" w:footer="0" w:gutter="0"/>
      <w:cols w:space="720"/>
      <w:docGrid w:linePitch="360"/>
      <w:pgBorders w:offsetFrom="page">
        <w:top w:val="single" w:sz="10" w:space="18" w:color="0B97A3"/>
        <w:left w:val="single" w:sz="10" w:space="18" w:color="0B97A3"/>
        <w:bottom w:val="single" w:sz="10" w:space="18" w:color="5C43A1"/>
        <w:right w:val="single" w:sz="10" w:space="18" w:color="5C43A1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Arial" w:hAnsi="Arial"/>
      <w:color w:val="1426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rifa de 100 números editable</dc:title>
  <dc:subject>Plantilla A4 vertical para rifa</dc:subject>
  <dc:creator>Plantilla editable</dc:creator>
  <cp:keywords>rifa, 100 números, Word, A4, editable</cp:keywords>
  <dc:description/>
  <cp:lastModifiedBy>Plantilla editable</cp:lastModifiedBy>
  <cp:revision>1</cp:revision>
  <dcterms:created xsi:type="dcterms:W3CDTF">2013-12-23T23:15:00Z</dcterms:created>
  <dcterms:modified xsi:type="dcterms:W3CDTF">2013-12-23T23:15:00Z</dcterms:modified>
  <cp:category/>
</cp:coreProperties>
</file>